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BERRIUP BI SOCIEDAD LIMITADA</w:t>
      </w:r>
    </w:p>
    <w:p>
      <w:r>
        <w:t>NIF B13686878.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SDA para la contratación de servicios de asistencia técnica, formación, consultoría en innovación y emprendimiento y organización de eventos (lote 3) · exp. 8136_CEIN_25_001</w:t>
            </w:r>
          </w:p>
        </w:tc>
        <w:tc>
          <w:tcPr>
            <w:tcW w:type="dxa" w:w="1440"/>
          </w:tcPr>
          <w:p>
            <w:r>
              <w:t>CENTRO EUROPEO DE EMPRESAS E INNOVACIÓN DE NAVARRA S.L.U.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17/06/2026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SDA para la contratación de servicios de asistencia técnica, formación, consultoría en innovación y emprendimiento y organización de eventos (lote 4) · exp. 8136_CEIN_25_001</w:t>
            </w:r>
          </w:p>
        </w:tc>
        <w:tc>
          <w:tcPr>
            <w:tcW w:type="dxa" w:w="1440"/>
          </w:tcPr>
          <w:p>
            <w:r>
              <w:t>CENTRO EUROPEO DE EMPRESAS E INNOVACIÓN DE NAVARRA S.L.U.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17/06/2026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SDA para la contratación de servicios de asistencia técnica, formación, consultoría en innovación y emprendimiento y organización de eventos (lote 5) · exp. 8136_CEIN_25_001</w:t>
            </w:r>
          </w:p>
        </w:tc>
        <w:tc>
          <w:tcPr>
            <w:tcW w:type="dxa" w:w="1440"/>
          </w:tcPr>
          <w:p>
            <w:r>
              <w:t>CENTRO EUROPEO DE EMPRESAS E INNOVACIÓN DE NAVARRA S.L.U.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17/06/2026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0,00 €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CENTRO EUROPEO DE EMPRESAS E INNOVACIÓN DE NAVARRA S.L.U.</w:t>
      </w:r>
    </w:p>
    <w:p>
      <w:r>
        <w:t xml:space="preserve">BERRIUP BI SOCIEDAD LIMITADA, con NIF B13686878, adjudicataria del contrato «SDA para la contratación de servicios de asistencia técnica, formación, consultoría en innovación y emprendimiento y organización de eventos», lote 3, expediente 8136_CEIN_25_001,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17/06/2026 a 28/03/2029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CENTRO EUROPEO DE EMPRESAS E INNOVACIÓN DE NAVARRA S.L.U.</w:t>
      </w:r>
    </w:p>
    <w:p>
      <w:r>
        <w:t xml:space="preserve">BERRIUP BI SOCIEDAD LIMITADA, con NIF B13686878, adjudicataria del contrato «SDA para la contratación de servicios de asistencia técnica, formación, consultoría en innovación y emprendimiento y organización de eventos», lote 4, expediente 8136_CEIN_25_001,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17/06/2026 a 28/03/2029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CENTRO EUROPEO DE EMPRESAS E INNOVACIÓN DE NAVARRA S.L.U.</w:t>
      </w:r>
    </w:p>
    <w:p>
      <w:r>
        <w:t xml:space="preserve">BERRIUP BI SOCIEDAD LIMITADA, con NIF B13686878, adjudicataria del contrato «SDA para la contratación de servicios de asistencia técnica, formación, consultoría en innovación y emprendimiento y organización de eventos», lote 5, expediente 8136_CEIN_25_001, adjudicado el ……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17/06/2026 a 28/03/2029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