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BERNARDO HERNANDEZ S.L.</w:t>
      </w:r>
    </w:p>
    <w:p>
      <w:r>
        <w:t>NIF B37020179.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carne de cerdo ibérico de bellota Ibérico 100% raza autóctona, congelada y embutidos ecológicos, con destino a varios establecimientos de Paradores de Turismo de España, S.M.E., S.A. (lote 7) · exp. 2024-0365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34.309,00 €</w:t>
            </w:r>
          </w:p>
        </w:tc>
        <w:tc>
          <w:tcPr>
            <w:tcW w:type="dxa" w:w="1440"/>
          </w:tcPr>
          <w:p>
            <w:r>
              <w:t>23/09/2024</w:t>
            </w:r>
          </w:p>
        </w:tc>
        <w:tc>
          <w:tcPr>
            <w:tcW w:type="dxa" w:w="1440"/>
          </w:tcPr>
          <w:p>
            <w:r>
              <w:t>23/10/2024 – 23/10/2025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34.309,00 €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BERNARDO HERNANDEZ S.L., con NIF B37020179, adjudicataria del contrato «Contratación del suministro de carne de cerdo ibérico de bellota Ibérico 100% raza autóctona, congelada y embutidos ecológicos, con destino a varios establecimientos de Paradores de Turismo de España, S.M.E., S.A.», lote 7, expediente 2024-0365, adjudicado el 23/09/2024 por 34.309,00 €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23/10/2024 a 23/10/2025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