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Behmpat Producciones, S.L.</w:t>
      </w:r>
    </w:p>
    <w:p>
      <w:r>
        <w:t>NIF B24851966.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Adquisición de 21 carros para ropa limpia hospitalaria para servicio lavandería - hcd · exp. 2026/SP01460020/00002256E</w:t>
            </w:r>
          </w:p>
        </w:tc>
        <w:tc>
          <w:tcPr>
            <w:tcW w:type="dxa" w:w="1440"/>
          </w:tcPr>
          <w:p>
            <w:r>
              <w:t>Inspección General de Sanidad de la Defensa · NIF S2800086G</w:t>
            </w:r>
          </w:p>
        </w:tc>
        <w:tc>
          <w:tcPr>
            <w:tcW w:type="dxa" w:w="1440"/>
          </w:tcPr>
          <w:p>
            <w:r>
              <w:t>29.642,55 €</w:t>
            </w:r>
          </w:p>
        </w:tc>
        <w:tc>
          <w:tcPr>
            <w:tcW w:type="dxa" w:w="1440"/>
          </w:tcPr>
          <w:p>
            <w:r>
              <w:t>23/10/2026</w:t>
            </w:r>
          </w:p>
        </w:tc>
        <w:tc>
          <w:tcPr>
            <w:tcW w:type="dxa" w:w="1440"/>
          </w:tcPr>
          <w:p>
            <w:r>
              <w:t>26/10/2026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29.642,55 €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Inspección General de Sanidad de la Defensa (NIF S2800086G)</w:t>
      </w:r>
    </w:p>
    <w:p>
      <w:r>
        <w:t xml:space="preserve">Behmpat Producciones, S.L., con NIF B24851966, adjudicataria del contrato «Adquisición de 21 carros para ropa limpia hospitalaria para servicio lavandería - hcd», expediente 2026/SP01460020/00002256E, adjudicado el 23/10/2026 por 29.642,55 €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26/10/2026 a 25/11/2026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