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BEDOS IBAÑEZ TRULLOLS .SL.</w:t>
      </w:r>
    </w:p>
    <w:p>
      <w:r>
        <w:t>NIF B60176542.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