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nda Gaites Asociación Cultural Saxum</w:t>
      </w:r>
    </w:p>
    <w:p>
      <w:r>
        <w:t>NIF G70908041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