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nda Gaites Asociación Cultural Saxum</w:t>
      </w:r>
    </w:p>
    <w:p>
      <w:r>
        <w:t>NIF G7090804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