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BAKU CREATIVITAT I COMUNICACIÓ, S.L.</w:t>
      </w:r>
    </w:p>
    <w:p>
      <w:r>
        <w:t>NIF B67007062.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gestió de continguts sobre medicaments adreçats a la ciutadania i revisió lingüística, i maquetació i disseny d'infografies del programa d'harmonització farmacoterapèutica del Servei Català de la Salut (lote 2) · exp. SCS-2024-8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15.474,00 €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10/04/2024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15.474,00 €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BAKU CREATIVITAT I COMUNICACIÓ, S.L., con NIF B67007062, adjudicataria del contrato «Servei de gestió de continguts sobre medicaments adreçats a la ciutadania i revisió lingüística, i maquetació i disseny d'infografies del programa d'harmonització farmacoterapèutica del Servei Català de la Salut», lote 2, expediente SCS-2024-8, adjudicado el …… por 15.474,00 €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10/04/2024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