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B-VALUE 8 SL</w:t>
      </w:r>
    </w:p>
    <w:p>
      <w:r>
        <w:t>NIF B13736418.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Válvulas para hidrocefalia, introductores y catéteres para angioplastias (lote 2) · exp. SAS_Z3_2025_PNSP_069</w:t>
            </w:r>
          </w:p>
        </w:tc>
        <w:tc>
          <w:tcPr>
            <w:tcW w:type="dxa" w:w="1440"/>
          </w:tcPr>
          <w:p>
            <w:r>
              <w:t>Gerencia Sector Sanitario de Zaragoza 3 · NIF Q5000442C</w:t>
            </w:r>
          </w:p>
        </w:tc>
        <w:tc>
          <w:tcPr>
            <w:tcW w:type="dxa" w:w="1440"/>
          </w:tcPr>
          <w:p>
            <w:r>
              <w:t>7.202,40 €</w:t>
            </w:r>
          </w:p>
        </w:tc>
        <w:tc>
          <w:tcPr>
            <w:tcW w:type="dxa" w:w="1440"/>
          </w:tcPr>
          <w:p>
            <w:r>
              <w:t>15/09/2025</w:t>
            </w:r>
          </w:p>
        </w:tc>
        <w:tc>
          <w:tcPr>
            <w:tcW w:type="dxa" w:w="1440"/>
          </w:tcPr>
          <w:p>
            <w:r>
              <w:t>01/09/2025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suministro de catéteres, guías, stents, prótesis y otro material para el Servicio de Cardiología</w:t>
              <w:br/>
              <w:br/>
              <w:t>Intervencionista del HUMV (lote 45) · exp. HV/2023/0/0030</w:t>
            </w:r>
          </w:p>
        </w:tc>
        <w:tc>
          <w:tcPr>
            <w:tcW w:type="dxa" w:w="1440"/>
          </w:tcPr>
          <w:p>
            <w:r>
              <w:t>Servicio Cántabro de Salud · NIF Q3900738J</w:t>
            </w:r>
          </w:p>
        </w:tc>
        <w:tc>
          <w:tcPr>
            <w:tcW w:type="dxa" w:w="1440"/>
          </w:tcPr>
          <w:p>
            <w:r>
              <w:t>47.700,00 €</w:t>
            </w:r>
          </w:p>
        </w:tc>
        <w:tc>
          <w:tcPr>
            <w:tcW w:type="dxa" w:w="1440"/>
          </w:tcPr>
          <w:p>
            <w:r>
              <w:t>20/01/2025</w:t>
            </w:r>
          </w:p>
        </w:tc>
        <w:tc>
          <w:tcPr>
            <w:tcW w:type="dxa" w:w="1440"/>
          </w:tcPr>
          <w:p>
            <w:r>
              <w:t>20/02/2025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relatiu al subministrament de pròtesis i material fungible per radiologia i intervencionisme amb destí a la Fundació de Gestió Sanitària de l’Hospital de la Santa Creu i Sant Pau. (lote 103) · exp. ACM 23/570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relatiu al subministrament de pròtesis i material fungible per radiologia i intervencionisme amb destí a la Fundació de Gestió Sanitària de l’Hospital de la Santa Creu i Sant Pau. (lote 106) · exp. ACM 23/570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relatiu al subministrament de pròtesis i material fungible per radiologia i intervencionisme amb destí a la Fundació de Gestió Sanitària de l’Hospital de la Santa Creu i Sant Pau. (lote 140) · exp. ACM 23/570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relatiu al subministrament de pròtesis i material fungible per radiologia i intervencionisme amb destí a la Fundació de Gestió Sanitària de l’Hospital de la Santa Creu i Sant Pau. (lote 76) · exp. ACM 23/570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relatiu al subministrament de pròtesis i material fungible per radiologia i intervencionisme amb destí a la Fundació de Gestió Sanitària de l’Hospital de la Santa Creu i Sant Pau. (lote 81) · exp. ACM 23/570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relatiu al subministrament de pròtesis i material fungible per radiologia i intervencionisme amb destí a la Fundació de Gestió Sanitària de l’Hospital de la Santa Creu i Sant Pau. (lote 85) · exp. ACM 23/570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54.902,40 € sin IVA, en 8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Sector Sanitario de Zaragoza 3 (NIF Q5000442C)</w:t>
      </w:r>
    </w:p>
    <w:p>
      <w:r>
        <w:t xml:space="preserve">B-VALUE 8 SL, con NIF B13736418, adjudicataria del contrato «Válvulas para hidrocefalia, introductores y catéteres para angioplastias», lote 2, expediente SAS_Z3_2025_PNSP_069, adjudicado el 15/09/2025 por 7.202,40 €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Cántabro de Salud (NIF Q3900738J)</w:t>
      </w:r>
    </w:p>
    <w:p>
      <w:r>
        <w:t>B-VALUE 8 SL, con NIF B13736418, adjudicataria del contrato «El suministro de catéteres, guías, stents, prótesis y otro material para el Servicio de Cardiología</w:t>
        <w:br/>
        <w:br/>
        <w:t xml:space="preserve">Intervencionista del HUMV», lote 45, expediente HV/2023/0/0030, adjudicado el 20/01/2025 por 47.700,00 €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20/02/2025 a 20/02/2027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B-VALUE 8 SL, con NIF B13736418, adjudicataria del contrato «Acord marc relatiu al subministrament de pròtesis i material fungible per radiologia i intervencionisme amb destí a la Fundació de Gestió Sanitària de l’Hospital de la Santa Creu i Sant Pau.», lote 103, expediente ACM 23/570,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24/07/2025 a 24/07/2028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B-VALUE 8 SL, con NIF B13736418, adjudicataria del contrato «Acord marc relatiu al subministrament de pròtesis i material fungible per radiologia i intervencionisme amb destí a la Fundació de Gestió Sanitària de l’Hospital de la Santa Creu i Sant Pau.», lote 106, expediente ACM 23/570,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24/07/2025 a 24/07/2028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B-VALUE 8 SL, con NIF B13736418, adjudicataria del contrato «Acord marc relatiu al subministrament de pròtesis i material fungible per radiologia i intervencionisme amb destí a la Fundació de Gestió Sanitària de l’Hospital de la Santa Creu i Sant Pau.», lote 140, expediente ACM 23/570,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24/07/2025 a 24/07/2028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B-VALUE 8 SL, con NIF B13736418, adjudicataria del contrato «Acord marc relatiu al subministrament de pròtesis i material fungible per radiologia i intervencionisme amb destí a la Fundació de Gestió Sanitària de l’Hospital de la Santa Creu i Sant Pau.», lote 76, expediente ACM 23/570,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24/07/2025 a 24/07/2028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B-VALUE 8 SL, con NIF B13736418, adjudicataria del contrato «Acord marc relatiu al subministrament de pròtesis i material fungible per radiologia i intervencionisme amb destí a la Fundació de Gestió Sanitària de l’Hospital de la Santa Creu i Sant Pau.», lote 81, expediente ACM 23/570,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24/07/2025 a 24/07/2028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B-VALUE 8 SL, con NIF B13736418, adjudicataria del contrato «Acord marc relatiu al subministrament de pròtesis i material fungible per radiologia i intervencionisme amb destí a la Fundació de Gestió Sanitària de l’Hospital de la Santa Creu i Sant Pau.», lote 85, expediente ACM 23/570,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24/07/2025 a 24/07/2028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