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B.Link, SL</w:t>
      </w:r>
    </w:p>
    <w:p>
      <w:r>
        <w:t>NIF B66709304.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del present contracte és la contractació d’un servei de suport en la gestió integral del projecte HEALTH CITIES emmarcat dins del programa INTERREG EUROPE. Pel correcte desenvolupament del projecte HEALTH CITIES es requereix assistència en les tasques de gestió, control financer, definició · exp. 26522/2025</w:t>
            </w:r>
          </w:p>
        </w:tc>
        <w:tc>
          <w:tcPr>
            <w:tcW w:type="dxa" w:w="1440"/>
          </w:tcPr>
          <w:p>
            <w:r>
              <w:t>Ajuntament de Sant Cugat del Vallès</w:t>
            </w:r>
          </w:p>
        </w:tc>
        <w:tc>
          <w:tcPr>
            <w:tcW w:type="dxa" w:w="1440"/>
          </w:tcPr>
          <w:p>
            <w:r>
              <w:t>31.531,53 €</w:t>
            </w:r>
          </w:p>
        </w:tc>
        <w:tc>
          <w:tcPr>
            <w:tcW w:type="dxa" w:w="1440"/>
          </w:tcPr>
          <w:p>
            <w:r/>
          </w:p>
        </w:tc>
        <w:tc>
          <w:tcPr>
            <w:tcW w:type="dxa" w:w="1440"/>
          </w:tcPr>
          <w:p>
            <w:r>
              <w:t>20/07/2026 – en curso</w:t>
            </w:r>
          </w:p>
        </w:tc>
        <w:tc>
          <w:tcPr>
            <w:tcW w:type="dxa" w:w="1440"/>
          </w:tcPr>
          <w:p>
            <w:r>
              <w:rPr>
                <w:highlight w:val="yellow"/>
              </w:rPr>
              <w:t>rellenar</w:t>
            </w:r>
          </w:p>
        </w:tc>
      </w:tr>
      <w:tr>
        <w:tc>
          <w:tcPr>
            <w:tcW w:type="dxa" w:w="1440"/>
          </w:tcPr>
          <w:p>
            <w:r>
              <w:t xml:space="preserve">L'objecte del contracte és l'execució, per part d'una empresa especialitzada en projectes Europeus, d'un programa de capacitació sobre la gestió de projectes Europeus, adreçat al personal de les organitzacions Clúster que pertanyen al programa Catalunya Clústers d'ACCIÓ. </w:t>
              <w:br/>
              <w:t>L'objectiu és capacitar-lo en les fases de definició, redacció i execució d'una proposta a convocatòries adients per a Clústers. · exp. ACCIO-2026-24</w:t>
            </w:r>
          </w:p>
        </w:tc>
        <w:tc>
          <w:tcPr>
            <w:tcW w:type="dxa" w:w="1440"/>
          </w:tcPr>
          <w:p>
            <w:r>
              <w:t>Agència per a la Competitivitat de l’Empresa</w:t>
            </w:r>
          </w:p>
        </w:tc>
        <w:tc>
          <w:tcPr>
            <w:tcW w:type="dxa" w:w="1440"/>
          </w:tcPr>
          <w:p>
            <w:r>
              <w:t>6.500,00 €</w:t>
            </w:r>
          </w:p>
        </w:tc>
        <w:tc>
          <w:tcPr>
            <w:tcW w:type="dxa" w:w="1440"/>
          </w:tcPr>
          <w:p>
            <w:r/>
          </w:p>
        </w:tc>
        <w:tc>
          <w:tcPr>
            <w:tcW w:type="dxa" w:w="1440"/>
          </w:tcPr>
          <w:p>
            <w:r>
              <w:t>16/02/2026 – en curso</w:t>
            </w:r>
          </w:p>
        </w:tc>
        <w:tc>
          <w:tcPr>
            <w:tcW w:type="dxa" w:w="1440"/>
          </w:tcPr>
          <w:p>
            <w:r>
              <w:rPr>
                <w:highlight w:val="yellow"/>
              </w:rPr>
              <w:t>rellenar</w:t>
            </w:r>
          </w:p>
        </w:tc>
      </w:tr>
      <w:tr>
        <w:tc>
          <w:tcPr>
            <w:tcW w:type="dxa" w:w="1440"/>
          </w:tcPr>
          <w:p>
            <w:r>
              <w:t>L'objecte del present contracte és la contractació d'una empresa professional externa per donar assistència tècnica a Creacció en la coordinació financera i administrativa del projecte PROXTERRA, assegurant que Creacció, com a entitat líder, pugui coordinar i desenvolupar el projecte de manera òptim · exp. PROX2401</w:t>
            </w:r>
          </w:p>
        </w:tc>
        <w:tc>
          <w:tcPr>
            <w:tcW w:type="dxa" w:w="1440"/>
          </w:tcPr>
          <w:p>
            <w:r>
              <w:t>Creacció Agència d'Emprenedoria, Innovació i Coneixement, SL</w:t>
            </w:r>
          </w:p>
        </w:tc>
        <w:tc>
          <w:tcPr>
            <w:tcW w:type="dxa" w:w="1440"/>
          </w:tcPr>
          <w:p>
            <w:r>
              <w:t>40.824,00 €</w:t>
            </w:r>
          </w:p>
        </w:tc>
        <w:tc>
          <w:tcPr>
            <w:tcW w:type="dxa" w:w="1440"/>
          </w:tcPr>
          <w:p>
            <w:r/>
          </w:p>
        </w:tc>
        <w:tc>
          <w:tcPr>
            <w:tcW w:type="dxa" w:w="1440"/>
          </w:tcPr>
          <w:p>
            <w:r>
              <w:t>01/08/2024 – en curso</w:t>
            </w:r>
          </w:p>
        </w:tc>
        <w:tc>
          <w:tcPr>
            <w:tcW w:type="dxa" w:w="1440"/>
          </w:tcPr>
          <w:p>
            <w:r>
              <w:rPr>
                <w:highlight w:val="yellow"/>
              </w:rPr>
              <w:t>rellenar</w:t>
            </w:r>
          </w:p>
        </w:tc>
      </w:tr>
      <w:tr>
        <w:tc>
          <w:tcPr>
            <w:tcW w:type="dxa" w:w="1440"/>
          </w:tcPr>
          <w:p>
            <w:r>
              <w:t xml:space="preserve">L'objecte del contracte és l'execució, per part d'una empresa especialitzada en projectes Europeus, d'un programa de capacitació sobre la gestió de projectes Europeus, adreçat al personal de les organitzacions Clúster que pertanyen al programa Catalunya Clústers d'ACCIÓ. </w:t>
              <w:br/>
              <w:t>L'objectiu és capacitar aquest personal en les fases de definició, redacció i execució d'una proposta a convocatòries adients per a Clústers. · exp. ACCIO-2024-38</w:t>
            </w:r>
          </w:p>
        </w:tc>
        <w:tc>
          <w:tcPr>
            <w:tcW w:type="dxa" w:w="1440"/>
          </w:tcPr>
          <w:p>
            <w:r>
              <w:t>Agència per a la Competitivitat de l'Empresa, ACCIÓ</w:t>
            </w:r>
          </w:p>
        </w:tc>
        <w:tc>
          <w:tcPr>
            <w:tcW w:type="dxa" w:w="1440"/>
          </w:tcPr>
          <w:p>
            <w:r>
              <w:t>6.500,00 €</w:t>
            </w:r>
          </w:p>
        </w:tc>
        <w:tc>
          <w:tcPr>
            <w:tcW w:type="dxa" w:w="1440"/>
          </w:tcPr>
          <w:p>
            <w:r/>
          </w:p>
        </w:tc>
        <w:tc>
          <w:tcPr>
            <w:tcW w:type="dxa" w:w="1440"/>
          </w:tcPr>
          <w:p>
            <w:r>
              <w:t>30/07/2024 – 31/12/2024</w:t>
            </w:r>
          </w:p>
        </w:tc>
        <w:tc>
          <w:tcPr>
            <w:tcW w:type="dxa" w:w="1440"/>
          </w:tcPr>
          <w:p>
            <w:r>
              <w:rPr>
                <w:highlight w:val="yellow"/>
              </w:rPr>
              <w:t>rellenar</w:t>
            </w:r>
          </w:p>
        </w:tc>
      </w:tr>
      <w:tr>
        <w:tc>
          <w:tcPr>
            <w:tcW w:type="dxa" w:w="1440"/>
          </w:tcPr>
          <w:p>
            <w:r>
              <w:t>Servei de consultoria per l'assessorament en la coordinació, execució i justificació del projecte INTERREG – WESTEMEU · exp. 58/2023</w:t>
            </w:r>
          </w:p>
        </w:tc>
        <w:tc>
          <w:tcPr>
            <w:tcW w:type="dxa" w:w="1440"/>
          </w:tcPr>
          <w:p>
            <w:r>
              <w:t>Ajuntament d'Igualada</w:t>
            </w:r>
          </w:p>
        </w:tc>
        <w:tc>
          <w:tcPr>
            <w:tcW w:type="dxa" w:w="1440"/>
          </w:tcPr>
          <w:p>
            <w:r>
              <w:t>0,00 €</w:t>
            </w:r>
          </w:p>
        </w:tc>
        <w:tc>
          <w:tcPr>
            <w:tcW w:type="dxa" w:w="1440"/>
          </w:tcPr>
          <w:p>
            <w:r/>
          </w:p>
        </w:tc>
        <w:tc>
          <w:tcPr>
            <w:tcW w:type="dxa" w:w="1440"/>
          </w:tcPr>
          <w:p>
            <w:r>
              <w:t>01/01/2024 – en curso</w:t>
            </w:r>
          </w:p>
        </w:tc>
        <w:tc>
          <w:tcPr>
            <w:tcW w:type="dxa" w:w="1440"/>
          </w:tcPr>
          <w:p>
            <w:r>
              <w:rPr>
                <w:highlight w:val="yellow"/>
              </w:rPr>
              <w:t>rellenar</w:t>
            </w:r>
          </w:p>
        </w:tc>
      </w:tr>
    </w:tbl>
    <w:p/>
    <w:p>
      <w:r>
        <w:rPr>
          <w:b/>
        </w:rPr>
        <w:t>Importe adjudicado en el periodo: 85.355,53 €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Sant Cugat del Vallès</w:t>
      </w:r>
    </w:p>
    <w:p>
      <w:r>
        <w:t xml:space="preserve">B.Link, SL, con NIF B66709304, adjudicataria del contrato «L’objecte del present contracte és la contractació d’un servei de suport en la gestió integral del projecte HEALTH CITIES emmarcat dins del programa INTERREG EUROPE. Pel correcte desenvolupament del projecte HEALTH CITIES es requereix assistència en les tasques de gestió, control financer, definició», expediente 26522/2025, adjudicado el …… por 31.531,53 €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20/07/2026 a 20/02/2030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per a la Competitivitat de l’Empresa</w:t>
      </w:r>
    </w:p>
    <w:p>
      <w:r>
        <w:t xml:space="preserve">B.Link, SL, con NIF B66709304, adjudicataria del contrato «L'objecte del contracte és l'execució, per part d'una empresa especialitzada en projectes Europeus, d'un programa de capacitació sobre la gestió de projectes Europeus, adreçat al personal de les organitzacions Clúster que pertanyen al programa Catalunya Clústers d'ACCIÓ. </w:t>
        <w:br/>
        <w:t xml:space="preserve">L'objectiu és capacitar-lo en les fases de definició, redacció i execució d'una proposta a convocatòries adients per a Clústers.», expediente ACCIO-2026-24, adjudicado el …… por 6.500,00 €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16/02/2026 a 06/01/2027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Creacció Agència d'Emprenedoria, Innovació i Coneixement, SL</w:t>
      </w:r>
    </w:p>
    <w:p>
      <w:r>
        <w:t xml:space="preserve">B.Link, SL, con NIF B66709304, adjudicataria del contrato «L'objecte del present contracte és la contractació d'una empresa professional externa per donar assistència tècnica a Creacció en la coordinació financera i administrativa del projecte PROXTERRA, assegurant que Creacció, com a entitat líder, pugui coordinar i desenvolupar el projecte de manera òptim», expediente PROX2401, adjudicado el …… por 40.824,00 €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01/08/2024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per a la Competitivitat de l'Empresa, ACCIÓ</w:t>
      </w:r>
    </w:p>
    <w:p>
      <w:r>
        <w:t xml:space="preserve">B.Link, SL, con NIF B66709304, adjudicataria del contrato «L'objecte del contracte és l'execució, per part d'una empresa especialitzada en projectes Europeus, d'un programa de capacitació sobre la gestió de projectes Europeus, adreçat al personal de les organitzacions Clúster que pertanyen al programa Catalunya Clústers d'ACCIÓ. </w:t>
        <w:br/>
        <w:t xml:space="preserve">L'objectiu és capacitar aquest personal en les fases de definició, redacció i execució d'una proposta a convocatòries adients per a Clústers.», expediente ACCIO-2024-38, adjudicado el …… por 6.500,00 €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30/07/2024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d'Igualada</w:t>
      </w:r>
    </w:p>
    <w:p>
      <w:r>
        <w:t xml:space="preserve">B.Link, SL, con NIF B66709304, adjudicataria del contrato «Servei de consultoria per l'assessorament en la coordinació, execució i justificació del projecte INTERREG – WESTEMEU», expediente 58/2023,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31/08/2027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