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AUTOSERVICIO NEGRITO S.L.</w:t>
      </w:r>
    </w:p>
    <w:p>
      <w:r>
        <w:t>NIF B0692150G.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