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AUTOSERVICIO NEGRITO S.L.</w:t>
      </w:r>
    </w:p>
    <w:p>
      <w:r>
        <w:t>NIF B0692150G.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Suminstro de productos de Alimentación y Panadería para la Guardería de Badolatosa-Corcoya (lote 1) · exp. P4101400B-2025/000035-PCA</w:t>
            </w:r>
          </w:p>
        </w:tc>
        <w:tc>
          <w:tcPr>
            <w:tcW w:type="dxa" w:w="1440"/>
          </w:tcPr>
          <w:p>
            <w:r>
              <w:t>Ayuntamiento de Badolatosa · NIF P4101400B</w:t>
            </w:r>
          </w:p>
        </w:tc>
        <w:tc>
          <w:tcPr>
            <w:tcW w:type="dxa" w:w="1440"/>
          </w:tcPr>
          <w:p>
            <w:r>
              <w:t>25.175,24 €</w:t>
            </w:r>
          </w:p>
        </w:tc>
        <w:tc>
          <w:tcPr>
            <w:tcW w:type="dxa" w:w="1440"/>
          </w:tcPr>
          <w:p>
            <w:r>
              <w:t>13/01/2026</w:t>
            </w:r>
          </w:p>
        </w:tc>
        <w:tc>
          <w:tcPr>
            <w:tcW w:type="dxa" w:w="1440"/>
          </w:tcPr>
          <w:p>
            <w:r>
              <w:t>14/01/2026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Suminstro de productos de Alimentación y Panadería para la Guardería de Badolatosa-Corcoya (lote 2) · exp. P4101400B-2025/000035-PCA</w:t>
            </w:r>
          </w:p>
        </w:tc>
        <w:tc>
          <w:tcPr>
            <w:tcW w:type="dxa" w:w="1440"/>
          </w:tcPr>
          <w:p>
            <w:r>
              <w:t>Ayuntamiento de Badolatosa · NIF P4101400B</w:t>
            </w:r>
          </w:p>
        </w:tc>
        <w:tc>
          <w:tcPr>
            <w:tcW w:type="dxa" w:w="1440"/>
          </w:tcPr>
          <w:p>
            <w:r>
              <w:t>975,37 €</w:t>
            </w:r>
          </w:p>
        </w:tc>
        <w:tc>
          <w:tcPr>
            <w:tcW w:type="dxa" w:w="1440"/>
          </w:tcPr>
          <w:p>
            <w:r>
              <w:t>13/01/2026</w:t>
            </w:r>
          </w:p>
        </w:tc>
        <w:tc>
          <w:tcPr>
            <w:tcW w:type="dxa" w:w="1440"/>
          </w:tcPr>
          <w:p>
            <w:r>
              <w:t>14/01/2026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26.150,61 €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Badolatosa (NIF P4101400B)</w:t>
      </w:r>
    </w:p>
    <w:p>
      <w:r>
        <w:t xml:space="preserve">AUTOSERVICIO NEGRITO S.L., con NIF B0692150G, adjudicataria del contrato «Suminstro de productos de Alimentación y Panadería para la Guardería de Badolatosa-Corcoya», lote 1, expediente P4101400B-2025/000035-PCA, adjudicado el 13/01/2026 por 25.175,24 €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14/01/2026 a 14/01/2027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Badolatosa (NIF P4101400B)</w:t>
      </w:r>
    </w:p>
    <w:p>
      <w:r>
        <w:t xml:space="preserve">AUTOSERVICIO NEGRITO S.L., con NIF B0692150G, adjudicataria del contrato «Suminstro de productos de Alimentación y Panadería para la Guardería de Badolatosa-Corcoya», lote 2, expediente P4101400B-2025/000035-PCA, adjudicado el 13/01/2026 por 975,37 €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14/01/2026 a 14/01/2027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