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AUTOCARS DEL PLA, S.L</w:t>
      </w:r>
    </w:p>
    <w:p>
      <w:r>
        <w:t>NIF B25298696. Contratos públicos adjudicados en los tres últimos años (servicios), del 02/11/2023 al 02/11/2026,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Licitació del contracte del servei de transport escolar ruta Els Arcs-El Poal-El Palau- Vila-sana- La Salle; ruta Bellvis- Bell-lloc d’Urgell- Sidamon- Fondarella - La Salle; ruta Torregrossa- Miralcamp- Golmés- La Salle i ruta Bell-lloc d’Urgell- Sidamon- Institut La Serra. Curs 2025-2026 (lote 1) · exp. 1403-0061/2025</w:t>
            </w:r>
          </w:p>
        </w:tc>
        <w:tc>
          <w:tcPr>
            <w:tcW w:type="dxa" w:w="1440"/>
          </w:tcPr>
          <w:p>
            <w:r>
              <w:t>Consell Comarcal del Pla d'Urgell</w:t>
            </w:r>
          </w:p>
        </w:tc>
        <w:tc>
          <w:tcPr>
            <w:tcW w:type="dxa" w:w="1440"/>
          </w:tcPr>
          <w:p>
            <w:r>
              <w:t>56.109,00 €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19/08/2025 – 19/06/2026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L’Objecte del contracte és el trasllat en autocar, microbús o taxi de l’alumnat i professorat del</w:t>
              <w:br/>
              <w:t>centre per dur a terme activitats i sortides educatives curriculars, organitzades pel centre i amb</w:t>
              <w:br/>
              <w:t>el vist-i-plau del consell escolar, aquest tipus de trasllat es durà a terme principalment a</w:t>
              <w:br/>
              <w:t>Catalunya i en cap cas fora de territori espanyol. · exp. 25006781/2025/17</w:t>
            </w:r>
          </w:p>
        </w:tc>
        <w:tc>
          <w:tcPr>
            <w:tcW w:type="dxa" w:w="1440"/>
          </w:tcPr>
          <w:p>
            <w:r>
              <w:t>Departament d'Educació i Formació Professional</w:t>
            </w:r>
          </w:p>
        </w:tc>
        <w:tc>
          <w:tcPr>
            <w:tcW w:type="dxa" w:w="1440"/>
          </w:tcPr>
          <w:p>
            <w:r>
              <w:t>21.903,64 €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28/01/2025 – 31/12/2025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Contracte de servei de transport escolar ruta Bell-lloc d'Urgell_La Serra; ruta Vallverd_Escola Mare de Déu de l'Horta d'Ivars d'Urgell i ruta Arbeca_CEE Siloé Mollerussa. Curs 2024-2025 i possibles pròrrogues cursos 2025-2026 i 2026-2027 (lote 2) · exp. 1403-0054/2024</w:t>
            </w:r>
          </w:p>
        </w:tc>
        <w:tc>
          <w:tcPr>
            <w:tcW w:type="dxa" w:w="1440"/>
          </w:tcPr>
          <w:p>
            <w:r>
              <w:t>Consell Comarcal del Pla d'Urgell</w:t>
            </w:r>
          </w:p>
        </w:tc>
        <w:tc>
          <w:tcPr>
            <w:tcW w:type="dxa" w:w="1440"/>
          </w:tcPr>
          <w:p>
            <w:r>
              <w:t>26.373,00 €</w:t>
            </w:r>
          </w:p>
        </w:tc>
        <w:tc>
          <w:tcPr>
            <w:tcW w:type="dxa" w:w="1440"/>
          </w:tcPr>
          <w:p>
            <w:r/>
          </w:p>
        </w:tc>
        <w:tc>
          <w:tcPr>
            <w:tcW w:type="dxa" w:w="1440"/>
          </w:tcPr>
          <w:p>
            <w:r>
              <w:t>02/10/2024 – 20/06/2025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104.385,64 € sin IVA, en 3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Pla d'Urgell</w:t>
      </w:r>
    </w:p>
    <w:p>
      <w:r>
        <w:t xml:space="preserve">AUTOCARS DEL PLA, S.L, con NIF B25298696, adjudicataria del contrato «Licitació del contracte del servei de transport escolar ruta Els Arcs-El Poal-El Palau- Vila-sana- La Salle; ruta Bellvis- Bell-lloc d’Urgell- Sidamon- Fondarella - La Salle; ruta Torregrossa- Miralcamp- Golmés- La Salle i ruta Bell-lloc d’Urgell- Sidamon- Institut La Serra. Curs 2025-2026», lote 1, expediente 1403-0061/2025, adjudicado el …… por 56.109,00 €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19/08/2025 a 19/06/2026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Departament d'Educació i Formació Professional</w:t>
      </w:r>
    </w:p>
    <w:p>
      <w:r>
        <w:t>AUTOCARS DEL PLA, S.L, con NIF B25298696, adjudicataria del contrato «L’Objecte del contracte és el trasllat en autocar, microbús o taxi de l’alumnat i professorat del</w:t>
        <w:br/>
        <w:t>centre per dur a terme activitats i sortides educatives curriculars, organitzades pel centre i amb</w:t>
        <w:br/>
        <w:t>el vist-i-plau del consell escolar, aquest tipus de trasllat es durà a terme principalment a</w:t>
        <w:br/>
        <w:t xml:space="preserve">Catalunya i en cap cas fora de territori espanyol.», expediente 25006781/2025/17, adjudicado el …… por 21.903,64 €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28/01/2025 a 31/12/2025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Consell Comarcal del Pla d'Urgell</w:t>
      </w:r>
    </w:p>
    <w:p>
      <w:r>
        <w:t xml:space="preserve">AUTOCARS DEL PLA, S.L, con NIF B25298696, adjudicataria del contrato «Contracte de servei de transport escolar ruta Bell-lloc d'Urgell_La Serra; ruta Vallverd_Escola Mare de Déu de l'Horta d'Ivars d'Urgell i ruta Arbeca_CEE Siloé Mollerussa. Curs 2024-2025 i possibles pròrrogues cursos 2025-2026 i 2026-2027», lote 2, expediente 1403-0054/2024, adjudicado el …… por 26.373,00 €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02/10/2024 a 20/06/2025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