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AUTOCARES DÍAZ MARTIN, S.L.</w:t>
      </w:r>
    </w:p>
    <w:p>
      <w:r>
        <w:t>NIF B80227630. Contratos públicos adjudicados en los tres últimos años (servicios), del 31/10/2023 al 31/10/2026,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Servicio de transporte de usuarios de Centros de mayores adscritos a la Agencia Madrileña de Atención Social, para salidas de carácter cultural y de ocio (6 lotes) (lote 2) · exp. A/SER-005152/2025</w:t>
            </w:r>
          </w:p>
        </w:tc>
        <w:tc>
          <w:tcPr>
            <w:tcW w:type="dxa" w:w="1440"/>
          </w:tcPr>
          <w:p>
            <w:r>
              <w:t>Organismo Autónomo Agencia Madrileña de Atención Social</w:t>
            </w:r>
          </w:p>
        </w:tc>
        <w:tc>
          <w:tcPr>
            <w:tcW w:type="dxa" w:w="1440"/>
          </w:tcPr>
          <w:p>
            <w:r>
              <w:t>14.155,00 €</w:t>
            </w:r>
          </w:p>
        </w:tc>
        <w:tc>
          <w:tcPr>
            <w:tcW w:type="dxa" w:w="1440"/>
          </w:tcPr>
          <w:p>
            <w:r/>
          </w:p>
        </w:tc>
        <w:tc>
          <w:tcPr>
            <w:tcW w:type="dxa" w:w="1440"/>
          </w:tcPr>
          <w:p>
            <w:r>
              <w:t>08/08/2025 – 08/08/2026</w:t>
            </w:r>
          </w:p>
        </w:tc>
        <w:tc>
          <w:tcPr>
            <w:tcW w:type="dxa" w:w="1440"/>
          </w:tcPr>
          <w:p>
            <w:r>
              <w:rPr>
                <w:highlight w:val="yellow"/>
              </w:rPr>
              <w:t>rellenar</w:t>
            </w:r>
          </w:p>
        </w:tc>
      </w:tr>
      <w:tr>
        <w:tc>
          <w:tcPr>
            <w:tcW w:type="dxa" w:w="1440"/>
          </w:tcPr>
          <w:p>
            <w:r>
              <w:t>Servicio de transporte de usuarios de Centros de mayores adscritos a la Agencia Madrileña de Atención Social, para salidas de carácter cultural y de ocio (22 lotes) (lote 17) · exp. A/SER-032817/2024</w:t>
            </w:r>
          </w:p>
        </w:tc>
        <w:tc>
          <w:tcPr>
            <w:tcW w:type="dxa" w:w="1440"/>
          </w:tcPr>
          <w:p>
            <w:r>
              <w:t>Organismo Autónomo Agencia Madrileña de Atención Social</w:t>
            </w:r>
          </w:p>
        </w:tc>
        <w:tc>
          <w:tcPr>
            <w:tcW w:type="dxa" w:w="1440"/>
          </w:tcPr>
          <w:p>
            <w:r>
              <w:t>18.982,00 €</w:t>
            </w:r>
          </w:p>
        </w:tc>
        <w:tc>
          <w:tcPr>
            <w:tcW w:type="dxa" w:w="1440"/>
          </w:tcPr>
          <w:p>
            <w:r/>
          </w:p>
        </w:tc>
        <w:tc>
          <w:tcPr>
            <w:tcW w:type="dxa" w:w="1440"/>
          </w:tcPr>
          <w:p>
            <w:r>
              <w:t>07/01/2025 – 07/01/2026</w:t>
            </w:r>
          </w:p>
        </w:tc>
        <w:tc>
          <w:tcPr>
            <w:tcW w:type="dxa" w:w="1440"/>
          </w:tcPr>
          <w:p>
            <w:r>
              <w:rPr>
                <w:highlight w:val="yellow"/>
              </w:rPr>
              <w:t>rellenar</w:t>
            </w:r>
          </w:p>
        </w:tc>
      </w:tr>
      <w:tr>
        <w:tc>
          <w:tcPr>
            <w:tcW w:type="dxa" w:w="1440"/>
          </w:tcPr>
          <w:p>
            <w:r>
              <w:t>Servicio de transporte regular de uso especial de alumnos escolarizados en el Centro CEIP Concha Espina, en Madrid, dependiente de la Dirección de Área Territorial Madrid-Capital de la Consejería de Educación, Ciencia y Universidades de la Comunidad de Madrid (ruta 28021318 F), a adjudicar por proce · exp. A/SER-035173/2024</w:t>
            </w:r>
          </w:p>
        </w:tc>
        <w:tc>
          <w:tcPr>
            <w:tcW w:type="dxa" w:w="1440"/>
          </w:tcPr>
          <w:p>
            <w:r>
              <w:t>Consejería de Educación, Ciencia y Universidades</w:t>
            </w:r>
          </w:p>
        </w:tc>
        <w:tc>
          <w:tcPr>
            <w:tcW w:type="dxa" w:w="1440"/>
          </w:tcPr>
          <w:p>
            <w:r>
              <w:t>7.910,00 €</w:t>
            </w:r>
          </w:p>
        </w:tc>
        <w:tc>
          <w:tcPr>
            <w:tcW w:type="dxa" w:w="1440"/>
          </w:tcPr>
          <w:p>
            <w:r/>
          </w:p>
        </w:tc>
        <w:tc>
          <w:tcPr>
            <w:tcW w:type="dxa" w:w="1440"/>
          </w:tcPr>
          <w:p>
            <w:r>
              <w:t>29/10/2024 – 29/12/2024</w:t>
            </w:r>
          </w:p>
        </w:tc>
        <w:tc>
          <w:tcPr>
            <w:tcW w:type="dxa" w:w="1440"/>
          </w:tcPr>
          <w:p>
            <w:r>
              <w:rPr>
                <w:highlight w:val="yellow"/>
              </w:rPr>
              <w:t>rellenar</w:t>
            </w:r>
          </w:p>
        </w:tc>
      </w:tr>
    </w:tbl>
    <w:p/>
    <w:p>
      <w:r>
        <w:rPr>
          <w:b/>
        </w:rPr>
        <w:t>Importe adjudicado en el periodo: 41.047,00 € sin IVA, en 3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Organismo Autónomo Agencia Madrileña de Atención Social</w:t>
      </w:r>
    </w:p>
    <w:p>
      <w:r>
        <w:t xml:space="preserve">AUTOCARES DÍAZ MARTIN, S.L., con NIF B80227630, adjudicataria del contrato «Servicio de transporte de usuarios de Centros de mayores adscritos a la Agencia Madrileña de Atención Social, para salidas de carácter cultural y de ocio (6 lotes)», lote 2, expediente A/SER-005152/2025, adjudicado el …… por 14.155,00 €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08/08/2025 a 08/08/2026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Organismo Autónomo Agencia Madrileña de Atención Social</w:t>
      </w:r>
    </w:p>
    <w:p>
      <w:r>
        <w:t xml:space="preserve">AUTOCARES DÍAZ MARTIN, S.L., con NIF B80227630, adjudicataria del contrato «Servicio de transporte de usuarios de Centros de mayores adscritos a la Agencia Madrileña de Atención Social, para salidas de carácter cultural y de ocio (22 lotes)», lote 17, expediente A/SER-032817/2024, adjudicado el …… por 18.982,00 €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07/01/2025 a 07/01/2026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Consejería de Educación, Ciencia y Universidades</w:t>
      </w:r>
    </w:p>
    <w:p>
      <w:r>
        <w:t xml:space="preserve">AUTOCARES DÍAZ MARTIN, S.L., con NIF B80227630, adjudicataria del contrato «Servicio de transporte regular de uso especial de alumnos escolarizados en el Centro CEIP Concha Espina, en Madrid, dependiente de la Dirección de Área Territorial Madrid-Capital de la Consejería de Educación, Ciencia y Universidades de la Comunidad de Madrid (ruta 28021318 F), a adjudicar por proce», expediente A/SER-035173/2024, adjudicado el …… por 7.910,00 €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29/10/2024 a 29/12/2024</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