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ATECH FACILITIES SLU</w:t>
      </w:r>
    </w:p>
    <w:p>
      <w:r>
        <w:t>NIF B72869977.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