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Teatres en Xarxa de Catalunya</w:t>
      </w:r>
    </w:p>
    <w:p>
      <w:r>
        <w:t>NIF G72648488.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