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MUSICAL EDUARD TOLDRÀ</w:t>
      </w:r>
    </w:p>
    <w:p>
      <w:r>
        <w:t>NIF G65081663.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