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ASSOCIACIÓ MUSICAL EDUARD TOLDRÀ</w:t>
      </w:r>
    </w:p>
    <w:p>
      <w:r>
        <w:t>NIF G65081663.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Contractació d’actuacions artístiques singulars per la festa Major Petita i la Festa Major per companyies representades per agents (lote 1) · exp. 1407/2025-1672</w:t>
            </w:r>
          </w:p>
        </w:tc>
        <w:tc>
          <w:tcPr>
            <w:tcW w:type="dxa" w:w="1440"/>
          </w:tcPr>
          <w:p>
            <w:r>
              <w:t>Ajuntament de Cubelles</w:t>
            </w:r>
          </w:p>
        </w:tc>
        <w:tc>
          <w:tcPr>
            <w:tcW w:type="dxa" w:w="1440"/>
          </w:tcPr>
          <w:p>
            <w:r>
              <w:t>5.000,00 €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12/08/2025 – 13/08/2025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Exhibició de l’espectacle Més garreta!</w:t>
              <w:br/>
              <w:t>L’espectacle es presentarà a la Sala Gran del Teatre Kursaal de Manresa, dins la temporada de gener a juny de 2025, amb el següent calendari:</w:t>
              <w:br/>
              <w:br/>
              <w:t>•</w:t>
              <w:tab/>
              <w:t>31 de maig de 2025 a les 18:00 hores. · exp. 2024/26</w:t>
            </w:r>
          </w:p>
        </w:tc>
        <w:tc>
          <w:tcPr>
            <w:tcW w:type="dxa" w:w="1440"/>
          </w:tcPr>
          <w:p>
            <w:r>
              <w:t>Manresana d'Equipaments Escènics, SL</w:t>
            </w:r>
          </w:p>
        </w:tc>
        <w:tc>
          <w:tcPr>
            <w:tcW w:type="dxa" w:w="1440"/>
          </w:tcPr>
          <w:p>
            <w:r>
              <w:t>16.000,00 €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09/12/2024 – 31/05/2025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21.000,00 €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Cubelles</w:t>
      </w:r>
    </w:p>
    <w:p>
      <w:r>
        <w:t xml:space="preserve">ASSOCIACIÓ MUSICAL EDUARD TOLDRÀ, con NIF G65081663, adjudicataria del contrato «Contractació d’actuacions artístiques singulars per la festa Major Petita i la Festa Major per companyies representades per agents», lote 1, expediente 1407/2025-1672, adjudicado el …… por 5.000,00 €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12/08/2025 a 13/08/2025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Manresana d'Equipaments Escènics, SL</w:t>
      </w:r>
    </w:p>
    <w:p>
      <w:r>
        <w:t>ASSOCIACIÓ MUSICAL EDUARD TOLDRÀ, con NIF G65081663, adjudicataria del contrato «Exhibició de l’espectacle Més garreta!</w:t>
        <w:br/>
        <w:t>L’espectacle es presentarà a la Sala Gran del Teatre Kursaal de Manresa, dins la temporada de gener a juny de 2025, amb el següent calendari:</w:t>
        <w:br/>
        <w:br/>
        <w:t>•</w:t>
        <w:tab/>
        <w:t xml:space="preserve">31 de maig de 2025 a les 18:00 hores.», expediente 2024/26, adjudicado el …… por 16.000,00 €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09/12/2024 a 31/05/2025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