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ESCLAT</w:t>
      </w:r>
    </w:p>
    <w:p>
      <w:r>
        <w:t>NIF G08569303.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Gestió, dinamització, explotació, manteniment i/o reparació de tota la maquinària de l'Ateneu de Fabricació Digital de Gràcia, amb mesures de contractació pública sostenible · exp. 001_25004045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325.374,03 €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 i dinamització de l'equipamenti explotació, manteniment i/o reparació de tota la maquinària de l'Ateneu de Fabricació Digital del districte de les Corts, amb mesures socials de contractació pública sostenible · exp. 001_24002396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323.835,77 €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649.209,80 €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ASSOCIACIÓ ESCLAT, con NIF G08569303, adjudicataria del contrato «Gestió, dinamització, explotació, manteniment i/o reparació de tota la maquinària de l'Ateneu de Fabricació Digital de Gràcia, amb mesures de contractació pública sostenible», expediente 001_25004045, adjudicado el …… por 325.374,03 €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02/03/2026 a 04/03/2028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ASSOCIACIÓ ESCLAT, con NIF G08569303, adjudicataria del contrato «Gestió i dinamització de l'equipamenti explotació, manteniment i/o reparació de tota la maquinària de l'Ateneu de Fabricació Digital del districte de les Corts, amb mesures socials de contractació pública sostenible», expediente 001_24002396, adjudicado el …… por 323.835,77 €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30/06/2025 a 30/06/2027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