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ASSOCIACIÓ CLÚSTER DE LA INDUSTRIA DE L'AUTOMOCIÓ DE CATALUNYA (CIAC)</w:t>
      </w:r>
    </w:p>
    <w:p>
      <w:r>
        <w:t>NIF G66028978.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Regularización del expediente de Participación en el acto de presentación del nuevo Plan Estratégico del Clúster de la Indústria de Catalunya (CIAC) en el Centro de Convenciones BCN de Badalona el día 12 de junio de 2025. · exp. 2025-00246</w:t>
            </w:r>
          </w:p>
        </w:tc>
        <w:tc>
          <w:tcPr>
            <w:tcW w:type="dxa" w:w="1440"/>
          </w:tcPr>
          <w:p>
            <w:r>
              <w:t>Presidencia del Consejo de Administración de la Autoridad Portuaria de Barcelona (PORT DE BARCELONA) · NIF Q0867012G</w:t>
            </w:r>
          </w:p>
        </w:tc>
        <w:tc>
          <w:tcPr>
            <w:tcW w:type="dxa" w:w="1440"/>
          </w:tcPr>
          <w:p>
            <w:r>
              <w:t>5.000,00 €</w:t>
            </w:r>
          </w:p>
        </w:tc>
        <w:tc>
          <w:tcPr>
            <w:tcW w:type="dxa" w:w="1440"/>
          </w:tcPr>
          <w:p>
            <w:r>
              <w:t>04/08/2025</w:t>
            </w:r>
          </w:p>
        </w:tc>
        <w:tc>
          <w:tcPr>
            <w:tcW w:type="dxa" w:w="1440"/>
          </w:tcPr>
          <w:p>
            <w:r>
              <w:t>04/09/2025 – 05/09/2025</w:t>
            </w:r>
          </w:p>
        </w:tc>
        <w:tc>
          <w:tcPr>
            <w:tcW w:type="dxa" w:w="1440"/>
          </w:tcPr>
          <w:p>
            <w:r>
              <w:rPr>
                <w:highlight w:val="yellow"/>
              </w:rPr>
              <w:t>rellenar</w:t>
            </w:r>
          </w:p>
        </w:tc>
      </w:tr>
    </w:tbl>
    <w:p/>
    <w:p>
      <w:r>
        <w:rPr>
          <w:b/>
        </w:rPr>
        <w:t>Importe adjudicado en el periodo: 5.000,00 €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ASSOCIACIÓ CLÚSTER DE LA INDUSTRIA DE L'AUTOMOCIÓ DE CATALUNYA (CIAC), con NIF G66028978, adjudicataria del contrato «Regularización del expediente de Participación en el acto de presentación del nuevo Plan Estratégico del Clúster de la Indústria de Catalunya (CIAC) en el Centro de Convenciones BCN de Badalona el día 12 de junio de 2025.», expediente 2025-00246, adjudicado el 04/08/2025 por 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04/09/2025 a 05/09/2025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