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ASSOCIACIÓ CLÚSTER DE L’ENERGIA EFICIENT DE CATALUNYA</w:t>
      </w:r>
    </w:p>
    <w:p>
      <w:r>
        <w:t>NIF G64935851.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Regularización del contrato de Patrocinio publicitario Entrega Premio Llavor en la nit de l'eficiència del Clúster de l'energia eficient de Cataluña. Código de expediente: 2026P020019. · exp. 2026-00235</w:t>
            </w:r>
          </w:p>
        </w:tc>
        <w:tc>
          <w:tcPr>
            <w:tcW w:type="dxa" w:w="1440"/>
          </w:tcPr>
          <w:p>
            <w:r>
              <w:t>Presidencia del Consejo de Administración de la Autoridad Portuaria de Barcelona (PORT DE BARCELONA) · NIF Q0867012G</w:t>
            </w:r>
          </w:p>
        </w:tc>
        <w:tc>
          <w:tcPr>
            <w:tcW w:type="dxa" w:w="1440"/>
          </w:tcPr>
          <w:p>
            <w:r>
              <w:t>5.000,00 €</w:t>
            </w:r>
          </w:p>
        </w:tc>
        <w:tc>
          <w:tcPr>
            <w:tcW w:type="dxa" w:w="1440"/>
          </w:tcPr>
          <w:p>
            <w:r>
              <w:t>07/08/2026</w:t>
            </w:r>
          </w:p>
        </w:tc>
        <w:tc>
          <w:tcPr>
            <w:tcW w:type="dxa" w:w="1440"/>
          </w:tcPr>
          <w:p>
            <w:r>
              <w:t>07/09/2026 – 08/09/2026</w:t>
            </w:r>
          </w:p>
        </w:tc>
        <w:tc>
          <w:tcPr>
            <w:tcW w:type="dxa" w:w="1440"/>
          </w:tcPr>
          <w:p>
            <w:r>
              <w:rPr>
                <w:highlight w:val="yellow"/>
              </w:rPr>
              <w:t>rellenar</w:t>
            </w:r>
          </w:p>
        </w:tc>
      </w:tr>
    </w:tbl>
    <w:p/>
    <w:p>
      <w:r>
        <w:rPr>
          <w:b/>
        </w:rPr>
        <w:t>Importe adjudicado en el periodo: 5.000,00 €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Presidencia del Consejo de Administración de la Autoridad Portuaria de Barcelona (PORT DE BARCELONA) (NIF Q0867012G)</w:t>
      </w:r>
    </w:p>
    <w:p>
      <w:r>
        <w:t xml:space="preserve">ASSOCIACIÓ CLÚSTER DE L’ENERGIA EFICIENT DE CATALUNYA, con NIF G64935851, adjudicataria del contrato «Regularización del contrato de Patrocinio publicitario Entrega Premio Llavor en la nit de l'eficiència del Clúster de l'energia eficient de Cataluña. Código de expediente: 2026P020019.», expediente 2026-00235, adjudicado el 07/08/2026 por 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07/09/2026 a 08/09/2026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