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ASSOCIACIÓ CLÚSTER DE L’ENERGIA EFICIENT DE CATALUNYA</w:t>
      </w:r>
    </w:p>
    <w:p>
      <w:r>
        <w:t>NIF G64935851. Contratos públicos adjudicados en los tres últimos años (servicios), del 30/10/2023 al 30/10/2026,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