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Casal dels Infants per a l'Acció social als barris</w:t>
      </w:r>
    </w:p>
    <w:p>
      <w:r>
        <w:t>NIF G08828998.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Contracto de servicios para la implantación de 15 puntos Omnia en barrios i municipios de Cataluña (lote 2) · exp. BE-2026-47</w:t>
            </w:r>
          </w:p>
        </w:tc>
        <w:tc>
          <w:tcPr>
            <w:tcW w:type="dxa" w:w="1440"/>
          </w:tcPr>
          <w:p>
            <w:r>
              <w:t>Departament de Drets Socials i Inclusió</w:t>
            </w:r>
          </w:p>
        </w:tc>
        <w:tc>
          <w:tcPr>
            <w:tcW w:type="dxa" w:w="1440"/>
          </w:tcPr>
          <w:p>
            <w:r>
              <w:t>47.637,41 €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Unitats d'Escolarització Compartida. UEC</w:t>
              <w:br/>
              <w:t>L'objecte d'aquest concurs és la contractació del servei per a la realització d'activitats complementàries específiques de l'Educació Secundària obligatòria adreçades a l'alumnat amb necessitats educatives específiques derivades de la inadaptació al medi esco (lote 11) · exp. CEB-2023-399</w:t>
            </w:r>
          </w:p>
        </w:tc>
        <w:tc>
          <w:tcPr>
            <w:tcW w:type="dxa" w:w="1440"/>
          </w:tcPr>
          <w:p>
            <w:r>
              <w:t>Consorci d'Educació de Barcelona</w:t>
            </w:r>
          </w:p>
        </w:tc>
        <w:tc>
          <w:tcPr>
            <w:tcW w:type="dxa" w:w="1440"/>
          </w:tcPr>
          <w:p>
            <w:r>
              <w:t>110.067,37 €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15/09/2023 – 31/08/2024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157.704,78 €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Drets Socials i Inclusió</w:t>
      </w:r>
    </w:p>
    <w:p>
      <w:r>
        <w:t xml:space="preserve">Associació Casal dels Infants per a l'Acció social als barris, con NIF G08828998, adjudicataria del contrato «Contracto de servicios para la implantación de 15 puntos Omnia en barrios i municipios de Cataluña», lote 2, expediente BE-2026-47, adjudicado el …… por 47.637,41 €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d'Educació de Barcelona</w:t>
      </w:r>
    </w:p>
    <w:p>
      <w:r>
        <w:t>Associació Casal dels Infants per a l'Acció social als barris, con NIF G08828998, adjudicataria del contrato «Unitats d'Escolarització Compartida. UEC</w:t>
        <w:br/>
        <w:t xml:space="preserve">L'objecte d'aquest concurs és la contractació del servei per a la realització d'activitats complementàries específiques de l'Educació Secundària obligatòria adreçades a l'alumnat amb necessitats educatives específiques derivades de la inadaptació al medi esco», lote 11, expediente CEB-2023-399, adjudicado el …… por 110.067,37 €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15/09/2023 a 31/08/2024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