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PANDAYA</w:t>
      </w:r>
    </w:p>
    <w:p>
      <w:r>
        <w:t>NIF G21226329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