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CEHU ASOCIACION DE PARALITICOS CEREBRALES DE HUELVA</w:t>
      </w:r>
    </w:p>
    <w:p>
      <w:r>
        <w:t>NIF G2101794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