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PACEHU ASOCIACION DE PARALITICOS CEREBRALES DE HUELVA</w:t>
      </w:r>
    </w:p>
    <w:p>
      <w:r>
        <w:t>NIF G21017942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