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YE TOO PONESE ESPACIO PARA LA GESTION DE INEDITOS</w:t>
      </w:r>
    </w:p>
    <w:p>
      <w:r>
        <w:t>NIF G74108523.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asistencia psicológica y sexológica destinado a la población juvenil de Llanera (lote 1) · exp. 2025/2025</w:t>
            </w:r>
          </w:p>
        </w:tc>
        <w:tc>
          <w:tcPr>
            <w:tcW w:type="dxa" w:w="1440"/>
          </w:tcPr>
          <w:p>
            <w:r>
              <w:t>Concejalía Delegada de Hacienda, Contratación, Personal y Modernización Administrativa del Ayuntamiento de Llanera · NIF P3303500G</w:t>
            </w:r>
          </w:p>
        </w:tc>
        <w:tc>
          <w:tcPr>
            <w:tcW w:type="dxa" w:w="1440"/>
          </w:tcPr>
          <w:p>
            <w:r>
              <w:t>13.000,00 €</w:t>
            </w:r>
          </w:p>
        </w:tc>
        <w:tc>
          <w:tcPr>
            <w:tcW w:type="dxa" w:w="1440"/>
          </w:tcPr>
          <w:p>
            <w:r>
              <w:t>06/06/2025</w:t>
            </w:r>
          </w:p>
        </w:tc>
        <w:tc>
          <w:tcPr>
            <w:tcW w:type="dxa" w:w="1440"/>
          </w:tcPr>
          <w:p>
            <w:r>
              <w:t>07/08/2025 – 07/08/2026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dinamizacion Programa de la Cuenca a Europa para el Ayuntamiento de Langreo · exp. CJ/CA/016/2024</w:t>
            </w:r>
          </w:p>
        </w:tc>
        <w:tc>
          <w:tcPr>
            <w:tcW w:type="dxa" w:w="1440"/>
          </w:tcPr>
          <w:p>
            <w:r>
              <w:t>Ayuntamiento de Langreo · NIF P3303100F</w:t>
            </w:r>
          </w:p>
        </w:tc>
        <w:tc>
          <w:tcPr>
            <w:tcW w:type="dxa" w:w="1440"/>
          </w:tcPr>
          <w:p>
            <w:r>
              <w:t>18.000,00 €</w:t>
            </w:r>
          </w:p>
        </w:tc>
        <w:tc>
          <w:tcPr>
            <w:tcW w:type="dxa" w:w="1440"/>
          </w:tcPr>
          <w:p>
            <w:r>
              <w:t>21/05/2024</w:t>
            </w:r>
          </w:p>
        </w:tc>
        <w:tc>
          <w:tcPr>
            <w:tcW w:type="dxa" w:w="1440"/>
          </w:tcPr>
          <w:p>
            <w:r>
              <w:t>21/06/2024 – 21/06/2026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Apoyo Técnico y Dinamización de Mesas Intersectoriales, Consejos de Salud y procesos vecinales y de ciudadanía en diferentes concejos asturianos · exp. 2022000419</w:t>
            </w:r>
          </w:p>
        </w:tc>
        <w:tc>
          <w:tcPr>
            <w:tcW w:type="dxa" w:w="1440"/>
          </w:tcPr>
          <w:p>
            <w:r>
              <w:t>Consejería de Salud · NIF S3333001J</w:t>
            </w:r>
          </w:p>
        </w:tc>
        <w:tc>
          <w:tcPr>
            <w:tcW w:type="dxa" w:w="1440"/>
          </w:tcPr>
          <w:p>
            <w:r>
              <w:t>65.000,00 €</w:t>
            </w:r>
          </w:p>
        </w:tc>
        <w:tc>
          <w:tcPr>
            <w:tcW w:type="dxa" w:w="1440"/>
          </w:tcPr>
          <w:p>
            <w:r>
              <w:t>14/04/2023</w:t>
            </w:r>
          </w:p>
        </w:tc>
        <w:tc>
          <w:tcPr>
            <w:tcW w:type="dxa" w:w="1440"/>
          </w:tcPr>
          <w:p>
            <w:r>
              <w:t>12/05/2023 – 12/05/2025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96.000,00 €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Hacienda, Contratación, Personal y Modernización Administrativa del Ayuntamiento de Llanera (NIF P3303500G)</w:t>
      </w:r>
    </w:p>
    <w:p>
      <w:r>
        <w:t xml:space="preserve">ASOCIACION YE TOO PONESE ESPACIO PARA LA GESTION DE INEDITOS, con NIF G74108523, adjudicataria del contrato «Contrato de servicios de asistencia psicológica y sexológica destinado a la población juvenil de Llanera», lote 1, expediente 2025/2025, adjudicado el 06/06/2025 por 13.000,00 €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07/08/2025 a 07/08/2026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Langreo (NIF P3303100F)</w:t>
      </w:r>
    </w:p>
    <w:p>
      <w:r>
        <w:t xml:space="preserve">ASOCIACION YE TOO PONESE ESPACIO PARA LA GESTION DE INEDITOS, con NIF G74108523, adjudicataria del contrato «Servicio de dinamizacion Programa de la Cuenca a Europa para el Ayuntamiento de Langreo», expediente CJ/CA/016/2024, adjudicado el 21/05/2024 por 18.000,00 €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21/06/2024 a 21/06/2026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(NIF S3333001J)</w:t>
      </w:r>
    </w:p>
    <w:p>
      <w:r>
        <w:t xml:space="preserve">ASOCIACION YE TOO PONESE ESPACIO PARA LA GESTION DE INEDITOS, con NIF G74108523, adjudicataria del contrato «Servicio de Apoyo Técnico y Dinamización de Mesas Intersectoriales, Consejos de Salud y procesos vecinales y de ciudadanía en diferentes concejos asturianos», expediente 2022000419, adjudicado el 14/04/2023 por 65.000,00 €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12/05/2023 a 12/05/2025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