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YE TOO PONESE ESPACIO PARA LA GESTION DE INEDITOS</w:t>
      </w:r>
    </w:p>
    <w:p>
      <w:r>
        <w:t>NIF G74108523.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