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ASOCIACION PROFESIONALES DE AUTONOMOS DE RADIOTA XI DE BIZKAIA</w:t>
      </w:r>
    </w:p>
    <w:p>
      <w:r>
        <w:t>NIF G48170476.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transporte para traslado de mutualistas de MAZ M.C.S.S. Nº 11 (en adelante MAZ), en la Provincia de Vizcaya a través de vehículo convencional no sanitario (taxi, VTC o cualquier otro incluido en el código CPV). · exp. 2026/AS/ASC/0401</w:t>
            </w:r>
          </w:p>
        </w:tc>
        <w:tc>
          <w:tcPr>
            <w:tcW w:type="dxa" w:w="1440"/>
          </w:tcPr>
          <w:p>
            <w:r>
              <w:t>Dirección Área Jurídica y Prestación de MAZ, Mutua Colaboradora con la Seguridad Social, Nº 11 · NIF G50005321</w:t>
            </w:r>
          </w:p>
        </w:tc>
        <w:tc>
          <w:tcPr>
            <w:tcW w:type="dxa" w:w="1440"/>
          </w:tcPr>
          <w:p>
            <w:r>
              <w:t>27.155,60 €</w:t>
            </w:r>
          </w:p>
        </w:tc>
        <w:tc>
          <w:tcPr>
            <w:tcW w:type="dxa" w:w="1440"/>
          </w:tcPr>
          <w:p>
            <w:r>
              <w:t>28/09/2026</w:t>
            </w:r>
          </w:p>
        </w:tc>
        <w:tc>
          <w:tcPr>
            <w:tcW w:type="dxa" w:w="1440"/>
          </w:tcPr>
          <w:p>
            <w:r>
              <w:t>15/10/2026 – en curso</w:t>
            </w:r>
          </w:p>
        </w:tc>
        <w:tc>
          <w:tcPr>
            <w:tcW w:type="dxa" w:w="1440"/>
          </w:tcPr>
          <w:p>
            <w:r>
              <w:rPr>
                <w:highlight w:val="yellow"/>
              </w:rPr>
              <w:t>rellenar</w:t>
            </w:r>
          </w:p>
        </w:tc>
      </w:tr>
    </w:tbl>
    <w:p/>
    <w:p>
      <w:r>
        <w:rPr>
          <w:b/>
        </w:rPr>
        <w:t>Importe adjudicado en el periodo: 27.155,60 €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Área Jurídica y Prestación de MAZ, Mutua Colaboradora con la Seguridad Social, Nº 11 (NIF G50005321)</w:t>
      </w:r>
    </w:p>
    <w:p>
      <w:r>
        <w:t xml:space="preserve">ASOCIACION PROFESIONALES DE AUTONOMOS DE RADIOTA XI DE BIZKAIA, con NIF G48170476, adjudicataria del contrato «Servicio de transporte para traslado de mutualistas de MAZ M.C.S.S. Nº 11 (en adelante MAZ), en la Provincia de Vizcaya a través de vehículo convencional no sanitario (taxi, VTC o cualquier otro incluido en el código CPV).», expediente 2026/AS/ASC/0401, adjudicado el 28/09/2026 por 27.155,60 €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15/10/2026 a 15/10/2028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