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ASOCIACION PRO DISCAPACIADOS PSIQUICOS JABALCON</w:t>
      </w:r>
    </w:p>
    <w:p>
      <w:r>
        <w:t>NIF G18025130. Contratos públicos adjudicados en los cinco últimos años (obras), del 30/10/2021 al 30/10/2026,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