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ASOCIACION PRO DISCAPACIADOS PSIQUICOS JABALCON</w:t>
      </w:r>
    </w:p>
    <w:p>
      <w:r>
        <w:t>NIF G18025130.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