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PARA LA PREVENCIÓN DE ACCIDENTES</w:t>
      </w:r>
    </w:p>
    <w:p>
      <w:r>
        <w:t>NIF G20033718.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e-learning mediante una plataforma de campus virtual, así como el desarrollo de contenidos para el mismo para “MUTUALIA”, Mutua Colaboradora con la Seguridad Social Nº 2 (lote 1) · exp. 2023/112/01</w:t>
            </w:r>
          </w:p>
        </w:tc>
        <w:tc>
          <w:tcPr>
            <w:tcW w:type="dxa" w:w="1440"/>
          </w:tcPr>
          <w:p>
            <w:r>
              <w:t>Dirección Gerencia de Mutualia, Mutua Colaboradora con la Seguridad Social nº 02 · NIF G95471165</w:t>
            </w:r>
          </w:p>
        </w:tc>
        <w:tc>
          <w:tcPr>
            <w:tcW w:type="dxa" w:w="1440"/>
          </w:tcPr>
          <w:p>
            <w:r>
              <w:t>80.808,04 €</w:t>
            </w:r>
          </w:p>
        </w:tc>
        <w:tc>
          <w:tcPr>
            <w:tcW w:type="dxa" w:w="1440"/>
          </w:tcPr>
          <w:p>
            <w:r>
              <w:t>24/01/2024</w:t>
            </w:r>
          </w:p>
        </w:tc>
        <w:tc>
          <w:tcPr>
            <w:tcW w:type="dxa" w:w="1440"/>
          </w:tcPr>
          <w:p>
            <w:r>
              <w:t>24/02/2024 – 24/02/2026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80.808,04 €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Mutualia, Mutua Colaboradora con la Seguridad Social nº 02 (NIF G95471165)</w:t>
      </w:r>
    </w:p>
    <w:p>
      <w:r>
        <w:t xml:space="preserve">ASOCIACIÓN PARA LA PREVENCIÓN DE ACCIDENTES, con NIF G20033718, adjudicataria del contrato «Contratación del servicio de e-learning mediante una plataforma de campus virtual, así como el desarrollo de contenidos para el mismo para “MUTUALIA”, Mutua Colaboradora con la Seguridad Social Nº 2», lote 1, expediente 2023/112/01, adjudicado el 24/01/2024 por 80.808,04 €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24/02/2024 a 24/02/2026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