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MALAGUEÑA DE ATENCION A PERSONAS CON PARALISIS CEREBRAL</w:t>
      </w:r>
    </w:p>
    <w:p>
      <w:r>
        <w:t>NIF G29052495.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