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Junta de Propietarios de Caza  El Aliagar</w:t>
      </w:r>
    </w:p>
    <w:p>
      <w:r>
        <w:t>NIF G16335473.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