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ESPAÑOLA DEL CAFÉ</w:t>
      </w:r>
    </w:p>
    <w:p>
      <w:r>
        <w:t>NIF G28538593.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