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ESPAI DE NO FICCIO NOFIC DOCSVALENCIA</w:t>
      </w:r>
    </w:p>
    <w:p>
      <w:r>
        <w:t>NIF G988519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