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ASOCIACIÓN DE AYUDA EN CARRETERA</w:t>
      </w:r>
    </w:p>
    <w:p>
      <w:r>
        <w:t>NIF G48064760. Contratos públicos adjudicados en los tres últimos años (servicios), del 04/11/2023 al 04/11/2026,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Contratación del servicio de desarrollo e impartición del curso de formación mixto "Lehen sorospenak Haurreskolan" (Primeros Auxilios en la Haurreskola) dirigido al personal educativo del Consorcio Haurreskolak dentro del plan de formación continuada durante el curso 2026-2027. · exp. 001/26</w:t>
            </w:r>
          </w:p>
        </w:tc>
        <w:tc>
          <w:tcPr>
            <w:tcW w:type="dxa" w:w="1440"/>
          </w:tcPr>
          <w:p>
            <w:r>
              <w:t>Consorcio Haurreskolak-Comité Directivo</w:t>
            </w:r>
          </w:p>
        </w:tc>
        <w:tc>
          <w:tcPr>
            <w:tcW w:type="dxa" w:w="1440"/>
          </w:tcPr>
          <w:p>
            <w:r>
              <w:t>27,00 €</w:t>
            </w:r>
          </w:p>
        </w:tc>
        <w:tc>
          <w:tcPr>
            <w:tcW w:type="dxa" w:w="1440"/>
          </w:tcPr>
          <w:p>
            <w:r/>
          </w:p>
        </w:tc>
        <w:tc>
          <w:tcPr>
            <w:tcW w:type="dxa" w:w="1440"/>
          </w:tcPr>
          <w:p>
            <w:r>
              <w:t>01/10/2026 – en curso</w:t>
            </w:r>
          </w:p>
        </w:tc>
        <w:tc>
          <w:tcPr>
            <w:tcW w:type="dxa" w:w="1440"/>
          </w:tcPr>
          <w:p>
            <w:r>
              <w:rPr>
                <w:highlight w:val="yellow"/>
              </w:rPr>
              <w:t>rellenar</w:t>
            </w:r>
          </w:p>
        </w:tc>
      </w:tr>
      <w:tr>
        <w:tc>
          <w:tcPr>
            <w:tcW w:type="dxa" w:w="1440"/>
          </w:tcPr>
          <w:p>
            <w:r>
              <w:t>Apoyo sanitario mediante unidades móviles en prácticas policiales · exp. E0001/2026</w:t>
            </w:r>
          </w:p>
        </w:tc>
        <w:tc>
          <w:tcPr>
            <w:tcW w:type="dxa" w:w="1440"/>
          </w:tcPr>
          <w:p>
            <w:r>
              <w:t>Gobierno Vasco-Dirección de Gestión Económica y Recursos Generales</w:t>
            </w:r>
          </w:p>
        </w:tc>
        <w:tc>
          <w:tcPr>
            <w:tcW w:type="dxa" w:w="1440"/>
          </w:tcPr>
          <w:p>
            <w:r>
              <w:t>150.000,00 €</w:t>
            </w:r>
          </w:p>
        </w:tc>
        <w:tc>
          <w:tcPr>
            <w:tcW w:type="dxa" w:w="1440"/>
          </w:tcPr>
          <w:p>
            <w:r/>
          </w:p>
        </w:tc>
        <w:tc>
          <w:tcPr>
            <w:tcW w:type="dxa" w:w="1440"/>
          </w:tcPr>
          <w:p>
            <w:r>
              <w:t>21/05/2026 – en curso</w:t>
            </w:r>
          </w:p>
        </w:tc>
        <w:tc>
          <w:tcPr>
            <w:tcW w:type="dxa" w:w="1440"/>
          </w:tcPr>
          <w:p>
            <w:r>
              <w:rPr>
                <w:highlight w:val="yellow"/>
              </w:rPr>
              <w:t>rellenar</w:t>
            </w:r>
          </w:p>
        </w:tc>
      </w:tr>
    </w:tbl>
    <w:p/>
    <w:p>
      <w:r>
        <w:rPr>
          <w:b/>
        </w:rPr>
        <w:t>Importe adjudicado en el periodo: 150.027,00 €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Consorcio Haurreskolak-Comité Directivo</w:t>
      </w:r>
    </w:p>
    <w:p>
      <w:r>
        <w:t xml:space="preserve">ASOCIACIÓN DE AYUDA EN CARRETERA, con NIF G48064760, adjudicataria del contrato «Contratación del servicio de desarrollo e impartición del curso de formación mixto "Lehen sorospenak Haurreskolan" (Primeros Auxilios en la Haurreskola) dirigido al personal educativo del Consorcio Haurreskolak dentro del plan de formación continuada durante el curso 2026-2027.», expediente 001/26, adjudicado el …… por 27,00 €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01/10/2026 a 01/09/2027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Gobierno Vasco-Dirección de Gestión Económica y Recursos Generales</w:t>
      </w:r>
    </w:p>
    <w:p>
      <w:r>
        <w:t xml:space="preserve">ASOCIACIÓN DE AYUDA EN CARRETERA, con NIF G48064760, adjudicataria del contrato «Apoyo sanitario mediante unidades móviles en prácticas policiales», expediente E0001/2026, adjudicado el …… por 150.000,00 €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21/05/2026 a 21/05/2029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