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Cultural y Solidaria Alis Canarias</w:t>
      </w:r>
    </w:p>
    <w:p>
      <w:r>
        <w:t>NIF G76659416.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