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ASOCIACION CULTURAL MUSICO FESTIVO MURGA LOS DIABLOS LOCOS</w:t>
      </w:r>
    </w:p>
    <w:p>
      <w:r>
        <w:t>NIF G38478277. Contratos públicos adjudicados en los tres últimos años (servicios), del 07/11/2023 al 07/11/2026,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