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CULTURAL MUSICO FESTIVO MURGA LOS DIABLOS LOCOS</w:t>
      </w:r>
    </w:p>
    <w:p>
      <w:r>
        <w:t>NIF G38478277.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