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Comparsa Los Tabajaras</w:t>
      </w:r>
    </w:p>
    <w:p>
      <w:r>
        <w:t>NIF G38352639.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