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Asociación Cultural Colectivo Azálvaro</w:t>
      </w:r>
    </w:p>
    <w:p>
      <w:r>
        <w:t>NIF G40198053.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localización de cadáveres de jabalíes en el entorno del p.n. de Collserola (Barcelona), en el marco de los trabajos de emergencia relacionados con la ejecución del plan de erradicación de la peste porcina africana en Cataluña, a adjudicar por procedimiento abierto. (lote 2) · exp. TSA0083688</w:t>
            </w:r>
          </w:p>
        </w:tc>
        <w:tc>
          <w:tcPr>
            <w:tcW w:type="dxa" w:w="1440"/>
          </w:tcPr>
          <w:p>
            <w:r>
              <w:t>Empresa de Transformación Agraria S.A.,S.M.E., M.P., (TRAGSA) · NIF A28476208</w:t>
            </w:r>
          </w:p>
        </w:tc>
        <w:tc>
          <w:tcPr>
            <w:tcW w:type="dxa" w:w="1440"/>
          </w:tcPr>
          <w:p>
            <w:r>
              <w:t>40.128,00 €</w:t>
            </w:r>
          </w:p>
        </w:tc>
        <w:tc>
          <w:tcPr>
            <w:tcW w:type="dxa" w:w="1440"/>
          </w:tcPr>
          <w:p>
            <w:r>
              <w:t>19/08/2026</w:t>
            </w:r>
          </w:p>
        </w:tc>
        <w:tc>
          <w:tcPr>
            <w:tcW w:type="dxa" w:w="1440"/>
          </w:tcPr>
          <w:p>
            <w:r>
              <w:t>11/09/2026 – en curso</w:t>
            </w:r>
          </w:p>
        </w:tc>
        <w:tc>
          <w:tcPr>
            <w:tcW w:type="dxa" w:w="1440"/>
          </w:tcPr>
          <w:p>
            <w:r>
              <w:rPr>
                <w:highlight w:val="yellow"/>
              </w:rPr>
              <w:t>rellenar</w:t>
            </w:r>
          </w:p>
        </w:tc>
      </w:tr>
      <w:tr>
        <w:tc>
          <w:tcPr>
            <w:tcW w:type="dxa" w:w="1440"/>
          </w:tcPr>
          <w:p>
            <w:r>
              <w:t>EMERGÈNCIA servei de binomis canins (3 de 3) especialitzats en detecció de cadàvers de fauna per al Grup Especial Caní (GEK9) del Cos d'Agents Rurals per atendre necessitats derivades del dispositiu de control de la pesta porcina africana dimensionats d'acord a les necessitats que se'n deriven de la Resolució ARP/709/2026, de 12 de març, per la qual es declara un nou focus de pesta porcina africana (PPA) i es modifica la Resolució ARP/4435/2025, de 29 de novembre. · exp. IT-2026-866</w:t>
            </w:r>
          </w:p>
        </w:tc>
        <w:tc>
          <w:tcPr>
            <w:tcW w:type="dxa" w:w="1440"/>
          </w:tcPr>
          <w:p>
            <w:r>
              <w:t>Departament d'Interior i Seguretat Pública</w:t>
            </w:r>
          </w:p>
        </w:tc>
        <w:tc>
          <w:tcPr>
            <w:tcW w:type="dxa" w:w="1440"/>
          </w:tcPr>
          <w:p>
            <w:r>
              <w:t>23.570,00 €</w:t>
            </w:r>
          </w:p>
        </w:tc>
        <w:tc>
          <w:tcPr>
            <w:tcW w:type="dxa" w:w="1440"/>
          </w:tcPr>
          <w:p>
            <w:r/>
          </w:p>
        </w:tc>
        <w:tc>
          <w:tcPr>
            <w:tcW w:type="dxa" w:w="1440"/>
          </w:tcPr>
          <w:p>
            <w:r>
              <w:t>09/04/2026 – 26/06/2026</w:t>
            </w:r>
          </w:p>
        </w:tc>
        <w:tc>
          <w:tcPr>
            <w:tcW w:type="dxa" w:w="1440"/>
          </w:tcPr>
          <w:p>
            <w:r>
              <w:rPr>
                <w:highlight w:val="yellow"/>
              </w:rPr>
              <w:t>rellenar</w:t>
            </w:r>
          </w:p>
        </w:tc>
      </w:tr>
    </w:tbl>
    <w:p/>
    <w:p>
      <w:r>
        <w:rPr>
          <w:b/>
        </w:rPr>
        <w:t>Importe adjudicado en el periodo: 63.698,00 €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de Transformación Agraria S.A.,S.M.E., M.P., (TRAGSA) (NIF A28476208)</w:t>
      </w:r>
    </w:p>
    <w:p>
      <w:r>
        <w:t xml:space="preserve">Asociación Cultural Colectivo Azálvaro, con NIF G40198053, adjudicataria del contrato «Servicio de localización de cadáveres de jabalíes en el entorno del p.n. de Collserola (Barcelona), en el marco de los trabajos de emergencia relacionados con la ejecución del plan de erradicación de la peste porcina africana en Cataluña, a adjudicar por procedimiento abierto.», lote 2, expediente TSA0083688, adjudicado el 19/08/2026 por 40.128,00 €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11/09/2026 a 11/12/2026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Asociación Cultural Colectivo Azálvaro, con NIF G40198053, adjudicataria del contrato «EMERGÈNCIA servei de binomis canins (3 de 3) especialitzats en detecció de cadàvers de fauna per al Grup Especial Caní (GEK9) del Cos d'Agents Rurals per atendre necessitats derivades del dispositiu de control de la pesta porcina africana dimensionats d'acord a les necessitats que se'n deriven de la Resolució ARP/709/2026, de 12 de març, per la qual es declara un nou focus de pesta porcina africana (PPA) i es modifica la Resolució ARP/4435/2025, de 29 de novembre.», expediente IT-2026-866, adjudicado el …… por 23.570,00 €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09/04/2026 a 26/06/2026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