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Cultural Bambas y Bambones</w:t>
      </w:r>
    </w:p>
    <w:p>
      <w:r>
        <w:t>NIF G38282893. Contratos públicos adjudicados en los cinco últimos años (obras), del 07/11/2021 al 07/11/2026,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