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AYARAMA</w:t>
      </w:r>
    </w:p>
    <w:p>
      <w:r>
        <w:t>NIF G22882641.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contratacion de asistencia técnica para imparticion de 46 itinerarios del proyecto itinera-proempleo vi (fse+). (lote 2) · exp. A41555749-2026/000127-PeA</w:t>
            </w:r>
          </w:p>
        </w:tc>
        <w:tc>
          <w:tcPr>
            <w:tcW w:type="dxa" w:w="1440"/>
          </w:tcPr>
          <w:p>
            <w:r>
              <w:t>Gerencia de PRODETUR S.A.U. · NIF A41555749</w:t>
            </w:r>
          </w:p>
        </w:tc>
        <w:tc>
          <w:tcPr>
            <w:tcW w:type="dxa" w:w="1440"/>
          </w:tcPr>
          <w:p>
            <w:r>
              <w:t>8.750,00 €</w:t>
            </w:r>
          </w:p>
        </w:tc>
        <w:tc>
          <w:tcPr>
            <w:tcW w:type="dxa" w:w="1440"/>
          </w:tcPr>
          <w:p>
            <w:r>
              <w:t>30/03/2026</w:t>
            </w:r>
          </w:p>
        </w:tc>
        <w:tc>
          <w:tcPr>
            <w:tcW w:type="dxa" w:w="1440"/>
          </w:tcPr>
          <w:p>
            <w:r>
              <w:t>30/04/2026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contratacion de asistencia técnica para imparticion de 46 itinerarios del proyecto itinera-proempleo vi (fse+). (lote 3) · exp. A41555749-2026/000127-PeA</w:t>
            </w:r>
          </w:p>
        </w:tc>
        <w:tc>
          <w:tcPr>
            <w:tcW w:type="dxa" w:w="1440"/>
          </w:tcPr>
          <w:p>
            <w:r>
              <w:t>Gerencia de PRODETUR S.A.U. · NIF A41555749</w:t>
            </w:r>
          </w:p>
        </w:tc>
        <w:tc>
          <w:tcPr>
            <w:tcW w:type="dxa" w:w="1440"/>
          </w:tcPr>
          <w:p>
            <w:r>
              <w:t>96.250,00 €</w:t>
            </w:r>
          </w:p>
        </w:tc>
        <w:tc>
          <w:tcPr>
            <w:tcW w:type="dxa" w:w="1440"/>
          </w:tcPr>
          <w:p>
            <w:r>
              <w:t>30/03/2026</w:t>
            </w:r>
          </w:p>
        </w:tc>
        <w:tc>
          <w:tcPr>
            <w:tcW w:type="dxa" w:w="1440"/>
          </w:tcPr>
          <w:p>
            <w:r>
              <w:t>30/04/2026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asistencia técnica especializada para la impartición de las diversas acciones formativas contempladas en ejecución del proyecto ITINERA-PROEMPLEO VI, hasta final de 2026 o posterior prórroga, financiado por el Programa de Empleo, Educación, Formación y Economía Social del FSE+ (EFESO) (lote 2) · exp. A41555749-2025/001024-PeA</w:t>
            </w:r>
          </w:p>
        </w:tc>
        <w:tc>
          <w:tcPr>
            <w:tcW w:type="dxa" w:w="1440"/>
          </w:tcPr>
          <w:p>
            <w:r>
              <w:t>Gerencia de PRODETUR S.A.U. · NIF A41555749</w:t>
            </w:r>
          </w:p>
        </w:tc>
        <w:tc>
          <w:tcPr>
            <w:tcW w:type="dxa" w:w="1440"/>
          </w:tcPr>
          <w:p>
            <w:r>
              <w:t>80.100,00 €</w:t>
            </w:r>
          </w:p>
        </w:tc>
        <w:tc>
          <w:tcPr>
            <w:tcW w:type="dxa" w:w="1440"/>
          </w:tcPr>
          <w:p>
            <w:r>
              <w:t>02/12/2025</w:t>
            </w:r>
          </w:p>
        </w:tc>
        <w:tc>
          <w:tcPr>
            <w:tcW w:type="dxa" w:w="1440"/>
          </w:tcPr>
          <w:p>
            <w:r>
              <w:t>23/01/2025 – 23/07/2026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185.100,00 €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PRODETUR S.A.U. (NIF A41555749)</w:t>
      </w:r>
    </w:p>
    <w:p>
      <w:r>
        <w:t xml:space="preserve">ASOCIACION AYARAMA, con NIF G22882641, adjudicataria del contrato «contratacion de asistencia técnica para imparticion de 46 itinerarios del proyecto itinera-proempleo vi (fse+).», lote 2, expediente A41555749-2026/000127-PeA, adjudicado el 30/03/2026 por 8.750,00 €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30/04/2026 a 28/02/2027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PRODETUR S.A.U. (NIF A41555749)</w:t>
      </w:r>
    </w:p>
    <w:p>
      <w:r>
        <w:t xml:space="preserve">ASOCIACION AYARAMA, con NIF G22882641, adjudicataria del contrato «contratacion de asistencia técnica para imparticion de 46 itinerarios del proyecto itinera-proempleo vi (fse+).», lote 3, expediente A41555749-2026/000127-PeA, adjudicado el 30/03/2026 por 96.250,00 €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30/04/2026 a 28/02/2027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PRODETUR S.A.U. (NIF A41555749)</w:t>
      </w:r>
    </w:p>
    <w:p>
      <w:r>
        <w:t xml:space="preserve">ASOCIACION AYARAMA, con NIF G22882641, adjudicataria del contrato «Contratación de asistencia técnica especializada para la impartición de las diversas acciones formativas contempladas en ejecución del proyecto ITINERA-PROEMPLEO VI, hasta final de 2026 o posterior prórroga, financiado por el Programa de Empleo, Educación, Formación y Economía Social del FSE+ (EFESO)», lote 2, expediente A41555749-2025/001024-PeA, adjudicado el 02/12/2025 por 80.100,00 €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23/01/2025 a 23/07/2026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