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AYARAMA</w:t>
      </w:r>
    </w:p>
    <w:p>
      <w:r>
        <w:t>NIF G22882641.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