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VEJERIEGA AYUDA DISCAPACITADO</w:t>
      </w:r>
    </w:p>
    <w:p>
      <w:r>
        <w:t>NIF G11299450.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