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ASOC SINDROME DE DOWN DE GRANADA</w:t>
      </w:r>
    </w:p>
    <w:p>
      <w:r>
        <w:t>NIF G18238790. Contratos públicos adjudicados en los cinco últimos años (obras), del 30/10/2021 al 30/10/2026,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