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Recreativa Cult. Comparsa Bahía Bahitiare</w:t>
      </w:r>
    </w:p>
    <w:p>
      <w:r>
        <w:t>NIF G38669578.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