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ASOC PROV AUTISMO JAEN JUAN MARTOS PEREZ</w:t>
      </w:r>
    </w:p>
    <w:p>
      <w:r>
        <w:t>NIF G23347123. Contratos públicos adjudicados en los tres últimos años (servicios), del 30/10/2023 al 30/10/2026,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