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PERS.CON DISCAPACIDAD LA CANARIEGA</w:t>
      </w:r>
    </w:p>
    <w:p>
      <w:r>
        <w:t>NIF G21167184.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