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ASOC.PARA PERSONAS CON DISCAPACIDAD INTELECTUAL DE JODAR</w:t>
      </w:r>
    </w:p>
    <w:p>
      <w:r>
        <w:t>NIF G23704323.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